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B870E" w14:textId="77777777" w:rsidR="00942E8A" w:rsidRDefault="00A5035A">
      <w:pPr>
        <w:spacing w:after="280"/>
        <w:jc w:val="right"/>
      </w:pPr>
      <w:r>
        <w:t>재료공학부</w:t>
      </w:r>
      <w:r>
        <w:t xml:space="preserve">  2021-11162  </w:t>
      </w:r>
      <w:r>
        <w:t>홍세준</w:t>
      </w:r>
    </w:p>
    <w:p w14:paraId="79E8E917" w14:textId="77777777" w:rsidR="00942E8A" w:rsidRDefault="00A5035A">
      <w:pPr>
        <w:ind w:firstLine="220"/>
        <w:jc w:val="both"/>
      </w:pPr>
      <w:r>
        <w:t>평소에는</w:t>
      </w:r>
      <w:r>
        <w:t xml:space="preserve"> </w:t>
      </w:r>
      <w:r>
        <w:t>수어에</w:t>
      </w:r>
      <w:r>
        <w:t xml:space="preserve"> </w:t>
      </w:r>
      <w:r>
        <w:t>대해</w:t>
      </w:r>
      <w:r>
        <w:t xml:space="preserve"> </w:t>
      </w:r>
      <w:r>
        <w:t>깊게</w:t>
      </w:r>
      <w:r>
        <w:t xml:space="preserve"> </w:t>
      </w:r>
      <w:r>
        <w:t>생각해</w:t>
      </w:r>
      <w:r>
        <w:t xml:space="preserve"> </w:t>
      </w:r>
      <w:r>
        <w:t>본</w:t>
      </w:r>
      <w:r>
        <w:t xml:space="preserve"> </w:t>
      </w:r>
      <w:r>
        <w:t>적이</w:t>
      </w:r>
      <w:r>
        <w:t xml:space="preserve"> </w:t>
      </w:r>
      <w:r>
        <w:t>거의</w:t>
      </w:r>
      <w:r>
        <w:t xml:space="preserve"> </w:t>
      </w:r>
      <w:r>
        <w:t>없었다</w:t>
      </w:r>
      <w:r>
        <w:t xml:space="preserve">. </w:t>
      </w:r>
      <w:r>
        <w:t>길에서</w:t>
      </w:r>
      <w:r>
        <w:t xml:space="preserve"> </w:t>
      </w:r>
      <w:r>
        <w:t>수어로</w:t>
      </w:r>
      <w:r>
        <w:t xml:space="preserve"> </w:t>
      </w:r>
      <w:r>
        <w:t>대화하는</w:t>
      </w:r>
      <w:r>
        <w:t xml:space="preserve"> </w:t>
      </w:r>
      <w:r>
        <w:t>사람을</w:t>
      </w:r>
      <w:r>
        <w:t xml:space="preserve"> </w:t>
      </w:r>
      <w:r>
        <w:t>가끔</w:t>
      </w:r>
      <w:r>
        <w:t xml:space="preserve"> </w:t>
      </w:r>
      <w:r>
        <w:t>보긴</w:t>
      </w:r>
      <w:r>
        <w:t xml:space="preserve"> </w:t>
      </w:r>
      <w:r>
        <w:t>했지만</w:t>
      </w:r>
      <w:r>
        <w:t xml:space="preserve"> </w:t>
      </w:r>
      <w:r>
        <w:t>그냥</w:t>
      </w:r>
      <w:r>
        <w:t xml:space="preserve"> </w:t>
      </w:r>
      <w:r>
        <w:t>청각장애인들이</w:t>
      </w:r>
      <w:r>
        <w:t xml:space="preserve"> </w:t>
      </w:r>
      <w:r>
        <w:t>손으로</w:t>
      </w:r>
      <w:r>
        <w:t xml:space="preserve"> </w:t>
      </w:r>
      <w:r>
        <w:t>대화하는</w:t>
      </w:r>
      <w:r>
        <w:t xml:space="preserve"> </w:t>
      </w:r>
      <w:r>
        <w:t>방법</w:t>
      </w:r>
      <w:r>
        <w:t xml:space="preserve"> </w:t>
      </w:r>
      <w:r>
        <w:t>정도로만</w:t>
      </w:r>
      <w:r>
        <w:t xml:space="preserve"> </w:t>
      </w:r>
      <w:r>
        <w:t>여겼고</w:t>
      </w:r>
      <w:r>
        <w:t xml:space="preserve">, </w:t>
      </w:r>
      <w:r>
        <w:t>수어도</w:t>
      </w:r>
      <w:r>
        <w:t xml:space="preserve"> </w:t>
      </w:r>
      <w:r>
        <w:t>한국어</w:t>
      </w:r>
      <w:r>
        <w:t xml:space="preserve"> </w:t>
      </w:r>
      <w:r>
        <w:t>문장을</w:t>
      </w:r>
      <w:r>
        <w:t xml:space="preserve"> </w:t>
      </w:r>
      <w:r>
        <w:t>그대로</w:t>
      </w:r>
      <w:r>
        <w:t xml:space="preserve"> </w:t>
      </w:r>
      <w:r>
        <w:t>손동작으로</w:t>
      </w:r>
      <w:r>
        <w:t xml:space="preserve"> </w:t>
      </w:r>
      <w:r>
        <w:t>바꾼</w:t>
      </w:r>
      <w:r>
        <w:t xml:space="preserve"> </w:t>
      </w:r>
      <w:r>
        <w:t>것이라고</w:t>
      </w:r>
      <w:r>
        <w:t xml:space="preserve"> </w:t>
      </w:r>
      <w:r>
        <w:t>막연히</w:t>
      </w:r>
      <w:r>
        <w:t xml:space="preserve"> </w:t>
      </w:r>
      <w:r>
        <w:t>생각했다</w:t>
      </w:r>
      <w:r>
        <w:t xml:space="preserve">. </w:t>
      </w:r>
      <w:r>
        <w:t>그런데</w:t>
      </w:r>
      <w:r>
        <w:t xml:space="preserve"> </w:t>
      </w:r>
      <w:r>
        <w:t>영상을</w:t>
      </w:r>
      <w:r>
        <w:t xml:space="preserve"> </w:t>
      </w:r>
      <w:r>
        <w:t>보고</w:t>
      </w:r>
      <w:r>
        <w:t xml:space="preserve"> </w:t>
      </w:r>
      <w:r>
        <w:t>나니</w:t>
      </w:r>
      <w:r>
        <w:t xml:space="preserve"> </w:t>
      </w:r>
      <w:r>
        <w:t>내가</w:t>
      </w:r>
      <w:r>
        <w:t xml:space="preserve"> </w:t>
      </w:r>
      <w:r>
        <w:t>수어를</w:t>
      </w:r>
      <w:r>
        <w:t xml:space="preserve"> </w:t>
      </w:r>
      <w:r>
        <w:t>너무</w:t>
      </w:r>
      <w:r>
        <w:t xml:space="preserve"> </w:t>
      </w:r>
      <w:r>
        <w:t>단순하게</w:t>
      </w:r>
      <w:r>
        <w:t xml:space="preserve"> </w:t>
      </w:r>
      <w:r>
        <w:t>여기고</w:t>
      </w:r>
      <w:r>
        <w:t xml:space="preserve"> </w:t>
      </w:r>
      <w:r>
        <w:t>있었다는</w:t>
      </w:r>
      <w:r>
        <w:t xml:space="preserve"> </w:t>
      </w:r>
      <w:r>
        <w:t>것을</w:t>
      </w:r>
      <w:r>
        <w:t xml:space="preserve"> </w:t>
      </w:r>
      <w:r>
        <w:t>알게</w:t>
      </w:r>
      <w:r>
        <w:t xml:space="preserve"> </w:t>
      </w:r>
      <w:r>
        <w:t>되었다</w:t>
      </w:r>
      <w:r>
        <w:t xml:space="preserve">. </w:t>
      </w:r>
      <w:r>
        <w:t>수어는</w:t>
      </w:r>
      <w:r>
        <w:t xml:space="preserve"> </w:t>
      </w:r>
      <w:r>
        <w:t>누군가를</w:t>
      </w:r>
      <w:r>
        <w:t xml:space="preserve"> </w:t>
      </w:r>
      <w:r>
        <w:t>도와주기</w:t>
      </w:r>
      <w:r>
        <w:t xml:space="preserve"> </w:t>
      </w:r>
      <w:r>
        <w:t>위한</w:t>
      </w:r>
      <w:r>
        <w:t xml:space="preserve"> </w:t>
      </w:r>
      <w:r>
        <w:t>보조</w:t>
      </w:r>
      <w:r>
        <w:t xml:space="preserve"> </w:t>
      </w:r>
      <w:r>
        <w:t>수단이</w:t>
      </w:r>
      <w:r>
        <w:t xml:space="preserve"> </w:t>
      </w:r>
      <w:r>
        <w:t>아니라</w:t>
      </w:r>
      <w:r>
        <w:t xml:space="preserve"> </w:t>
      </w:r>
      <w:r>
        <w:t>그</w:t>
      </w:r>
      <w:r>
        <w:t xml:space="preserve"> </w:t>
      </w:r>
      <w:r>
        <w:t>자체로</w:t>
      </w:r>
      <w:r>
        <w:t xml:space="preserve"> </w:t>
      </w:r>
      <w:r>
        <w:t>하나의</w:t>
      </w:r>
      <w:r>
        <w:t xml:space="preserve"> </w:t>
      </w:r>
      <w:r>
        <w:t>언어였고</w:t>
      </w:r>
      <w:r>
        <w:t xml:space="preserve">, </w:t>
      </w:r>
      <w:r>
        <w:t>어떤</w:t>
      </w:r>
      <w:r>
        <w:t xml:space="preserve"> </w:t>
      </w:r>
      <w:r>
        <w:t>사람에게는</w:t>
      </w:r>
      <w:r>
        <w:t xml:space="preserve"> </w:t>
      </w:r>
      <w:r>
        <w:t>한국어보다</w:t>
      </w:r>
      <w:r>
        <w:t xml:space="preserve"> </w:t>
      </w:r>
      <w:r>
        <w:t>훨씬</w:t>
      </w:r>
      <w:r>
        <w:t xml:space="preserve"> </w:t>
      </w:r>
      <w:r>
        <w:t>자연스러운</w:t>
      </w:r>
      <w:r>
        <w:t xml:space="preserve"> </w:t>
      </w:r>
      <w:r>
        <w:t>모국어였다</w:t>
      </w:r>
      <w:r>
        <w:t>.</w:t>
      </w:r>
    </w:p>
    <w:p w14:paraId="774322B8" w14:textId="77777777" w:rsidR="00942E8A" w:rsidRDefault="00A5035A">
      <w:pPr>
        <w:ind w:firstLine="220"/>
        <w:jc w:val="both"/>
      </w:pPr>
      <w:r>
        <w:t>특히</w:t>
      </w:r>
      <w:r>
        <w:t xml:space="preserve"> </w:t>
      </w:r>
      <w:r>
        <w:t>기억에</w:t>
      </w:r>
      <w:r>
        <w:t xml:space="preserve"> </w:t>
      </w:r>
      <w:r>
        <w:t>남은</w:t>
      </w:r>
      <w:r>
        <w:t xml:space="preserve"> </w:t>
      </w:r>
      <w:r>
        <w:t>것은</w:t>
      </w:r>
      <w:r>
        <w:t xml:space="preserve"> </w:t>
      </w:r>
      <w:r>
        <w:t>보청기를</w:t>
      </w:r>
      <w:r>
        <w:t xml:space="preserve"> </w:t>
      </w:r>
      <w:r>
        <w:t>끼고</w:t>
      </w:r>
      <w:r>
        <w:t xml:space="preserve"> </w:t>
      </w:r>
      <w:r>
        <w:t>음성언어</w:t>
      </w:r>
      <w:r>
        <w:t xml:space="preserve"> </w:t>
      </w:r>
      <w:r>
        <w:t>교육을</w:t>
      </w:r>
      <w:r>
        <w:t xml:space="preserve"> </w:t>
      </w:r>
      <w:r>
        <w:t>받은</w:t>
      </w:r>
      <w:r>
        <w:t xml:space="preserve"> </w:t>
      </w:r>
      <w:r>
        <w:t>서희</w:t>
      </w:r>
      <w:r>
        <w:t xml:space="preserve"> </w:t>
      </w:r>
      <w:r>
        <w:t>씨의</w:t>
      </w:r>
      <w:r>
        <w:t xml:space="preserve"> </w:t>
      </w:r>
      <w:r>
        <w:t>사례였다</w:t>
      </w:r>
      <w:r>
        <w:t xml:space="preserve">. </w:t>
      </w:r>
      <w:r>
        <w:t>처음에는</w:t>
      </w:r>
      <w:r>
        <w:t xml:space="preserve"> </w:t>
      </w:r>
      <w:r>
        <w:t>별다른</w:t>
      </w:r>
      <w:r>
        <w:t xml:space="preserve"> </w:t>
      </w:r>
      <w:r>
        <w:t>의문이</w:t>
      </w:r>
      <w:r>
        <w:t xml:space="preserve"> </w:t>
      </w:r>
      <w:r>
        <w:t>들지</w:t>
      </w:r>
      <w:r>
        <w:t xml:space="preserve"> </w:t>
      </w:r>
      <w:r>
        <w:t>않았다</w:t>
      </w:r>
      <w:r>
        <w:t xml:space="preserve">. </w:t>
      </w:r>
      <w:r>
        <w:t>청각장애가</w:t>
      </w:r>
      <w:r>
        <w:t xml:space="preserve"> </w:t>
      </w:r>
      <w:r>
        <w:t>있다면</w:t>
      </w:r>
      <w:r>
        <w:t xml:space="preserve"> </w:t>
      </w:r>
      <w:r>
        <w:t>보청기를</w:t>
      </w:r>
      <w:r>
        <w:t xml:space="preserve"> </w:t>
      </w:r>
      <w:r>
        <w:t>쓰고</w:t>
      </w:r>
      <w:r>
        <w:t xml:space="preserve"> </w:t>
      </w:r>
      <w:r>
        <w:t>음성언어를</w:t>
      </w:r>
      <w:r>
        <w:t xml:space="preserve"> </w:t>
      </w:r>
      <w:r>
        <w:t>배우는</w:t>
      </w:r>
      <w:r>
        <w:t xml:space="preserve"> </w:t>
      </w:r>
      <w:r>
        <w:t>것이</w:t>
      </w:r>
      <w:r>
        <w:t xml:space="preserve"> </w:t>
      </w:r>
      <w:r>
        <w:t>당연히</w:t>
      </w:r>
      <w:r>
        <w:t xml:space="preserve"> </w:t>
      </w:r>
      <w:r>
        <w:t>좋은</w:t>
      </w:r>
      <w:r>
        <w:t xml:space="preserve"> </w:t>
      </w:r>
      <w:r>
        <w:t>방향</w:t>
      </w:r>
      <w:r>
        <w:t xml:space="preserve"> </w:t>
      </w:r>
      <w:r>
        <w:t>아닌가</w:t>
      </w:r>
      <w:r>
        <w:t xml:space="preserve"> </w:t>
      </w:r>
      <w:r>
        <w:t>싶었고</w:t>
      </w:r>
      <w:r>
        <w:t xml:space="preserve">, </w:t>
      </w:r>
      <w:r>
        <w:t>내가</w:t>
      </w:r>
      <w:r>
        <w:t xml:space="preserve"> </w:t>
      </w:r>
      <w:r>
        <w:t>부모였어도</w:t>
      </w:r>
      <w:r>
        <w:t xml:space="preserve"> </w:t>
      </w:r>
      <w:r>
        <w:t>비슷한</w:t>
      </w:r>
      <w:r>
        <w:t xml:space="preserve"> </w:t>
      </w:r>
      <w:r>
        <w:t>선택을</w:t>
      </w:r>
      <w:r>
        <w:t xml:space="preserve"> </w:t>
      </w:r>
      <w:r>
        <w:t>했을</w:t>
      </w:r>
      <w:r>
        <w:t xml:space="preserve"> </w:t>
      </w:r>
      <w:r>
        <w:t>것</w:t>
      </w:r>
      <w:r>
        <w:t xml:space="preserve"> </w:t>
      </w:r>
      <w:r>
        <w:t>같았다</w:t>
      </w:r>
      <w:r>
        <w:t xml:space="preserve">. </w:t>
      </w:r>
      <w:r>
        <w:t>그런데</w:t>
      </w:r>
      <w:r>
        <w:t xml:space="preserve"> </w:t>
      </w:r>
      <w:r>
        <w:t>보다</w:t>
      </w:r>
      <w:r>
        <w:t xml:space="preserve"> </w:t>
      </w:r>
      <w:r>
        <w:t>보니</w:t>
      </w:r>
      <w:r>
        <w:t xml:space="preserve"> </w:t>
      </w:r>
      <w:r>
        <w:t>이</w:t>
      </w:r>
      <w:r>
        <w:t xml:space="preserve"> </w:t>
      </w:r>
      <w:r>
        <w:t>생각</w:t>
      </w:r>
      <w:r>
        <w:t xml:space="preserve"> </w:t>
      </w:r>
      <w:r>
        <w:t>자체가</w:t>
      </w:r>
      <w:r>
        <w:t xml:space="preserve"> </w:t>
      </w:r>
      <w:r>
        <w:t>굉장히</w:t>
      </w:r>
      <w:r>
        <w:t xml:space="preserve"> </w:t>
      </w:r>
      <w:r>
        <w:t>청인의</w:t>
      </w:r>
      <w:r>
        <w:t xml:space="preserve"> </w:t>
      </w:r>
      <w:r>
        <w:t>입장에서</w:t>
      </w:r>
      <w:r>
        <w:t xml:space="preserve"> </w:t>
      </w:r>
      <w:r>
        <w:t>나온</w:t>
      </w:r>
      <w:r>
        <w:t xml:space="preserve"> </w:t>
      </w:r>
      <w:r>
        <w:t>것일</w:t>
      </w:r>
      <w:r>
        <w:t xml:space="preserve"> </w:t>
      </w:r>
      <w:r>
        <w:t>수도</w:t>
      </w:r>
      <w:r>
        <w:t xml:space="preserve"> </w:t>
      </w:r>
      <w:r>
        <w:t>있겠다는</w:t>
      </w:r>
      <w:r>
        <w:t xml:space="preserve"> </w:t>
      </w:r>
      <w:r>
        <w:t>느낌이</w:t>
      </w:r>
      <w:r>
        <w:t xml:space="preserve"> </w:t>
      </w:r>
      <w:r>
        <w:t>들었다</w:t>
      </w:r>
      <w:r>
        <w:t xml:space="preserve">. </w:t>
      </w:r>
      <w:r>
        <w:t>우리는</w:t>
      </w:r>
      <w:r>
        <w:t xml:space="preserve"> </w:t>
      </w:r>
      <w:r>
        <w:t>들을</w:t>
      </w:r>
      <w:r>
        <w:t xml:space="preserve"> </w:t>
      </w:r>
      <w:r>
        <w:t>수</w:t>
      </w:r>
      <w:r>
        <w:t xml:space="preserve"> </w:t>
      </w:r>
      <w:r>
        <w:t>있고</w:t>
      </w:r>
      <w:r>
        <w:t xml:space="preserve"> </w:t>
      </w:r>
      <w:r>
        <w:t>말할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상태를</w:t>
      </w:r>
      <w:r>
        <w:t xml:space="preserve"> </w:t>
      </w:r>
      <w:r>
        <w:t>기준으로</w:t>
      </w:r>
      <w:r>
        <w:t xml:space="preserve"> </w:t>
      </w:r>
      <w:r>
        <w:t>놓고</w:t>
      </w:r>
      <w:r>
        <w:t xml:space="preserve"> </w:t>
      </w:r>
      <w:r>
        <w:t>거기에</w:t>
      </w:r>
      <w:r>
        <w:t xml:space="preserve"> </w:t>
      </w:r>
      <w:r>
        <w:t>가까워지는</w:t>
      </w:r>
      <w:r>
        <w:t xml:space="preserve"> </w:t>
      </w:r>
      <w:r>
        <w:t>것을</w:t>
      </w:r>
      <w:r>
        <w:t xml:space="preserve"> </w:t>
      </w:r>
      <w:r>
        <w:t>좋은</w:t>
      </w:r>
      <w:r>
        <w:t xml:space="preserve"> </w:t>
      </w:r>
      <w:r>
        <w:t>방향이라고</w:t>
      </w:r>
      <w:r>
        <w:t xml:space="preserve"> </w:t>
      </w:r>
      <w:r>
        <w:t>생각한다</w:t>
      </w:r>
      <w:r>
        <w:t xml:space="preserve">. </w:t>
      </w:r>
      <w:r>
        <w:t>하지만</w:t>
      </w:r>
      <w:r>
        <w:t xml:space="preserve"> </w:t>
      </w:r>
      <w:r>
        <w:t>농인에게</w:t>
      </w:r>
      <w:r>
        <w:t xml:space="preserve"> </w:t>
      </w:r>
      <w:r>
        <w:t>수어가</w:t>
      </w:r>
      <w:r>
        <w:t xml:space="preserve"> </w:t>
      </w:r>
      <w:r>
        <w:t>더</w:t>
      </w:r>
      <w:r>
        <w:t xml:space="preserve"> </w:t>
      </w:r>
      <w:r>
        <w:t>편하고</w:t>
      </w:r>
      <w:r>
        <w:t xml:space="preserve"> </w:t>
      </w:r>
      <w:r>
        <w:t>자연스러운</w:t>
      </w:r>
      <w:r>
        <w:t xml:space="preserve"> </w:t>
      </w:r>
      <w:r>
        <w:t>언어라면</w:t>
      </w:r>
      <w:r>
        <w:t xml:space="preserve">, </w:t>
      </w:r>
      <w:r>
        <w:t>자신에게</w:t>
      </w:r>
      <w:r>
        <w:t xml:space="preserve"> </w:t>
      </w:r>
      <w:r>
        <w:t>가장</w:t>
      </w:r>
      <w:r>
        <w:t xml:space="preserve"> </w:t>
      </w:r>
      <w:r>
        <w:t>자연스러운</w:t>
      </w:r>
      <w:r>
        <w:t xml:space="preserve"> </w:t>
      </w:r>
      <w:r>
        <w:t>방식을</w:t>
      </w:r>
      <w:r>
        <w:t xml:space="preserve"> </w:t>
      </w:r>
      <w:r>
        <w:t>뒤로</w:t>
      </w:r>
      <w:r>
        <w:t xml:space="preserve"> </w:t>
      </w:r>
      <w:r>
        <w:t>미뤄</w:t>
      </w:r>
      <w:r>
        <w:t xml:space="preserve"> </w:t>
      </w:r>
      <w:r>
        <w:t>두고</w:t>
      </w:r>
      <w:r>
        <w:t xml:space="preserve"> </w:t>
      </w:r>
      <w:r>
        <w:t>계속</w:t>
      </w:r>
      <w:r>
        <w:t xml:space="preserve"> </w:t>
      </w:r>
      <w:r>
        <w:t>남의</w:t>
      </w:r>
      <w:r>
        <w:t xml:space="preserve"> </w:t>
      </w:r>
      <w:r>
        <w:t>방식에</w:t>
      </w:r>
      <w:r>
        <w:t xml:space="preserve"> </w:t>
      </w:r>
      <w:r>
        <w:t>맞춰야</w:t>
      </w:r>
      <w:r>
        <w:t xml:space="preserve"> </w:t>
      </w:r>
      <w:r>
        <w:t>하는</w:t>
      </w:r>
      <w:r>
        <w:t xml:space="preserve"> </w:t>
      </w:r>
      <w:r>
        <w:t>것은</w:t>
      </w:r>
      <w:r>
        <w:t xml:space="preserve"> </w:t>
      </w:r>
      <w:r>
        <w:t>상당히</w:t>
      </w:r>
      <w:r>
        <w:t xml:space="preserve"> </w:t>
      </w:r>
      <w:r>
        <w:t>답답한</w:t>
      </w:r>
      <w:r>
        <w:t xml:space="preserve"> </w:t>
      </w:r>
      <w:r>
        <w:t>일일</w:t>
      </w:r>
      <w:r>
        <w:t xml:space="preserve"> </w:t>
      </w:r>
      <w:r>
        <w:t>것</w:t>
      </w:r>
      <w:r>
        <w:t xml:space="preserve"> </w:t>
      </w:r>
      <w:r>
        <w:t>같았다</w:t>
      </w:r>
      <w:r>
        <w:t>.</w:t>
      </w:r>
    </w:p>
    <w:p w14:paraId="6597E759" w14:textId="77777777" w:rsidR="00942E8A" w:rsidRDefault="00A5035A">
      <w:pPr>
        <w:ind w:firstLine="220"/>
        <w:jc w:val="both"/>
      </w:pPr>
      <w:r>
        <w:t>반대로</w:t>
      </w:r>
      <w:r>
        <w:t xml:space="preserve"> </w:t>
      </w:r>
      <w:r>
        <w:t>농인과</w:t>
      </w:r>
      <w:r>
        <w:t xml:space="preserve"> </w:t>
      </w:r>
      <w:r>
        <w:t>청인</w:t>
      </w:r>
      <w:r>
        <w:t xml:space="preserve"> </w:t>
      </w:r>
      <w:r>
        <w:t>쌍둥이를</w:t>
      </w:r>
      <w:r>
        <w:t xml:space="preserve"> </w:t>
      </w:r>
      <w:r>
        <w:t>둔</w:t>
      </w:r>
      <w:r>
        <w:t xml:space="preserve"> </w:t>
      </w:r>
      <w:r>
        <w:t>어머니가</w:t>
      </w:r>
      <w:r>
        <w:t xml:space="preserve"> </w:t>
      </w:r>
      <w:r>
        <w:t>아이들의</w:t>
      </w:r>
      <w:r>
        <w:t xml:space="preserve"> </w:t>
      </w:r>
      <w:r>
        <w:t>언어로</w:t>
      </w:r>
      <w:r>
        <w:t xml:space="preserve"> </w:t>
      </w:r>
      <w:r>
        <w:t>수어를</w:t>
      </w:r>
      <w:r>
        <w:t xml:space="preserve"> </w:t>
      </w:r>
      <w:r>
        <w:t>선택한</w:t>
      </w:r>
      <w:r>
        <w:t xml:space="preserve"> </w:t>
      </w:r>
      <w:r>
        <w:t>사례도</w:t>
      </w:r>
      <w:r>
        <w:t xml:space="preserve"> </w:t>
      </w:r>
      <w:r>
        <w:t>인상적이었다</w:t>
      </w:r>
      <w:r>
        <w:t xml:space="preserve">. </w:t>
      </w:r>
      <w:r>
        <w:t>예전</w:t>
      </w:r>
      <w:r>
        <w:t xml:space="preserve"> </w:t>
      </w:r>
      <w:r>
        <w:t>같았으면</w:t>
      </w:r>
      <w:r>
        <w:t xml:space="preserve"> </w:t>
      </w:r>
      <w:r>
        <w:t>농인인</w:t>
      </w:r>
      <w:r>
        <w:t xml:space="preserve"> </w:t>
      </w:r>
      <w:r>
        <w:t>아이가</w:t>
      </w:r>
      <w:r>
        <w:t xml:space="preserve"> </w:t>
      </w:r>
      <w:r>
        <w:t>청인인</w:t>
      </w:r>
      <w:r>
        <w:t xml:space="preserve"> </w:t>
      </w:r>
      <w:r>
        <w:t>아이의</w:t>
      </w:r>
      <w:r>
        <w:t xml:space="preserve"> </w:t>
      </w:r>
      <w:r>
        <w:t>방식에</w:t>
      </w:r>
      <w:r>
        <w:t xml:space="preserve"> </w:t>
      </w:r>
      <w:r>
        <w:t>맞추는</w:t>
      </w:r>
      <w:r>
        <w:t xml:space="preserve"> </w:t>
      </w:r>
      <w:r>
        <w:t>것이</w:t>
      </w:r>
      <w:r>
        <w:t xml:space="preserve"> </w:t>
      </w:r>
      <w:r>
        <w:t>현실적이라고</w:t>
      </w:r>
      <w:r>
        <w:t xml:space="preserve"> </w:t>
      </w:r>
      <w:r>
        <w:t>생각했을</w:t>
      </w:r>
      <w:r>
        <w:t xml:space="preserve"> </w:t>
      </w:r>
      <w:r>
        <w:t>것이다</w:t>
      </w:r>
      <w:r>
        <w:t xml:space="preserve">. </w:t>
      </w:r>
      <w:r>
        <w:t>그런데</w:t>
      </w:r>
      <w:r>
        <w:t xml:space="preserve"> </w:t>
      </w:r>
      <w:r>
        <w:t>이</w:t>
      </w:r>
      <w:r>
        <w:t xml:space="preserve"> </w:t>
      </w:r>
      <w:r>
        <w:t>가족을</w:t>
      </w:r>
      <w:r>
        <w:t xml:space="preserve"> </w:t>
      </w:r>
      <w:r>
        <w:t>보면서</w:t>
      </w:r>
      <w:r>
        <w:t xml:space="preserve"> </w:t>
      </w:r>
      <w:r>
        <w:t>꼭</w:t>
      </w:r>
      <w:r>
        <w:t xml:space="preserve"> </w:t>
      </w:r>
      <w:r>
        <w:t>한</w:t>
      </w:r>
      <w:r>
        <w:t xml:space="preserve"> </w:t>
      </w:r>
      <w:r>
        <w:t>사람이</w:t>
      </w:r>
      <w:r>
        <w:t xml:space="preserve"> </w:t>
      </w:r>
      <w:r>
        <w:t>다수의</w:t>
      </w:r>
      <w:r>
        <w:t xml:space="preserve"> </w:t>
      </w:r>
      <w:r>
        <w:t>방식에</w:t>
      </w:r>
      <w:r>
        <w:t xml:space="preserve"> </w:t>
      </w:r>
      <w:r>
        <w:t>일방적으로</w:t>
      </w:r>
      <w:r>
        <w:t xml:space="preserve"> </w:t>
      </w:r>
      <w:r>
        <w:t>맞춰야</w:t>
      </w:r>
      <w:r>
        <w:t xml:space="preserve"> </w:t>
      </w:r>
      <w:r>
        <w:t>하는</w:t>
      </w:r>
      <w:r>
        <w:t xml:space="preserve"> </w:t>
      </w:r>
      <w:r>
        <w:t>것은</w:t>
      </w:r>
      <w:r>
        <w:t xml:space="preserve"> </w:t>
      </w:r>
      <w:r>
        <w:t>아니며</w:t>
      </w:r>
      <w:r>
        <w:t xml:space="preserve">, </w:t>
      </w:r>
      <w:r>
        <w:t>가족이</w:t>
      </w:r>
      <w:r>
        <w:t xml:space="preserve"> </w:t>
      </w:r>
      <w:r>
        <w:t>함께</w:t>
      </w:r>
      <w:r>
        <w:t xml:space="preserve"> </w:t>
      </w:r>
      <w:r>
        <w:t>새</w:t>
      </w:r>
      <w:r>
        <w:t xml:space="preserve"> </w:t>
      </w:r>
      <w:r>
        <w:t>언어를</w:t>
      </w:r>
      <w:r>
        <w:t xml:space="preserve"> </w:t>
      </w:r>
      <w:r>
        <w:t>배우면</w:t>
      </w:r>
      <w:r>
        <w:t xml:space="preserve"> </w:t>
      </w:r>
      <w:r>
        <w:t>한</w:t>
      </w:r>
      <w:r>
        <w:t xml:space="preserve"> </w:t>
      </w:r>
      <w:r>
        <w:t>사람만</w:t>
      </w:r>
      <w:r>
        <w:t xml:space="preserve"> </w:t>
      </w:r>
      <w:r>
        <w:t>계속</w:t>
      </w:r>
      <w:r>
        <w:t xml:space="preserve"> </w:t>
      </w:r>
      <w:r>
        <w:t>노력하는</w:t>
      </w:r>
      <w:r>
        <w:t xml:space="preserve"> </w:t>
      </w:r>
      <w:r>
        <w:t>상황을</w:t>
      </w:r>
      <w:r>
        <w:t xml:space="preserve"> </w:t>
      </w:r>
      <w:r>
        <w:t>만들지</w:t>
      </w:r>
      <w:r>
        <w:t xml:space="preserve"> </w:t>
      </w:r>
      <w:r>
        <w:t>않을</w:t>
      </w:r>
      <w:r>
        <w:t xml:space="preserve"> </w:t>
      </w:r>
      <w:r>
        <w:t>수</w:t>
      </w:r>
      <w:r>
        <w:t xml:space="preserve"> </w:t>
      </w:r>
      <w:r>
        <w:t>있다는</w:t>
      </w:r>
      <w:r>
        <w:t xml:space="preserve"> </w:t>
      </w:r>
      <w:r>
        <w:t>생각이</w:t>
      </w:r>
      <w:r>
        <w:t xml:space="preserve"> </w:t>
      </w:r>
      <w:r>
        <w:t>들었다</w:t>
      </w:r>
      <w:r>
        <w:t xml:space="preserve">. </w:t>
      </w:r>
      <w:r>
        <w:t>장애가</w:t>
      </w:r>
      <w:r>
        <w:t xml:space="preserve"> </w:t>
      </w:r>
      <w:r>
        <w:t>있는</w:t>
      </w:r>
      <w:r>
        <w:t xml:space="preserve"> </w:t>
      </w:r>
      <w:r>
        <w:t>사람이</w:t>
      </w:r>
      <w:r>
        <w:t xml:space="preserve"> </w:t>
      </w:r>
      <w:r>
        <w:t>우리에게</w:t>
      </w:r>
      <w:r>
        <w:t xml:space="preserve"> </w:t>
      </w:r>
      <w:r>
        <w:t>맞춰야</w:t>
      </w:r>
      <w:r>
        <w:t xml:space="preserve"> </w:t>
      </w:r>
      <w:r>
        <w:t>하는</w:t>
      </w:r>
      <w:r>
        <w:t xml:space="preserve"> </w:t>
      </w:r>
      <w:r>
        <w:t>것이</w:t>
      </w:r>
      <w:r>
        <w:t xml:space="preserve"> </w:t>
      </w:r>
      <w:r>
        <w:t>아니라</w:t>
      </w:r>
      <w:r>
        <w:t xml:space="preserve"> </w:t>
      </w:r>
      <w:r>
        <w:t>우리도</w:t>
      </w:r>
      <w:r>
        <w:t xml:space="preserve"> </w:t>
      </w:r>
      <w:r>
        <w:t>그</w:t>
      </w:r>
      <w:r>
        <w:t xml:space="preserve"> </w:t>
      </w:r>
      <w:r>
        <w:t>사람의</w:t>
      </w:r>
      <w:r>
        <w:t xml:space="preserve"> </w:t>
      </w:r>
      <w:r>
        <w:t>언어를</w:t>
      </w:r>
      <w:r>
        <w:t xml:space="preserve"> </w:t>
      </w:r>
      <w:r>
        <w:t>배울</w:t>
      </w:r>
      <w:r>
        <w:t xml:space="preserve"> </w:t>
      </w:r>
      <w:r>
        <w:t>수</w:t>
      </w:r>
      <w:r>
        <w:t xml:space="preserve"> </w:t>
      </w:r>
      <w:r>
        <w:t>있다는</w:t>
      </w:r>
      <w:r>
        <w:t xml:space="preserve"> </w:t>
      </w:r>
      <w:r>
        <w:t>발상은</w:t>
      </w:r>
      <w:r>
        <w:t xml:space="preserve"> </w:t>
      </w:r>
      <w:r>
        <w:t>작은</w:t>
      </w:r>
      <w:r>
        <w:t xml:space="preserve"> </w:t>
      </w:r>
      <w:r>
        <w:t>차이</w:t>
      </w:r>
      <w:r>
        <w:t xml:space="preserve"> </w:t>
      </w:r>
      <w:r>
        <w:t>같지만</w:t>
      </w:r>
      <w:r>
        <w:t xml:space="preserve"> </w:t>
      </w:r>
      <w:r>
        <w:t>꽤</w:t>
      </w:r>
      <w:r>
        <w:t xml:space="preserve"> </w:t>
      </w:r>
      <w:r>
        <w:t>크게</w:t>
      </w:r>
      <w:r>
        <w:t xml:space="preserve"> </w:t>
      </w:r>
      <w:r>
        <w:t>다가왔다</w:t>
      </w:r>
      <w:r>
        <w:t>.</w:t>
      </w:r>
    </w:p>
    <w:p w14:paraId="0F9340F0" w14:textId="77777777" w:rsidR="00942E8A" w:rsidRDefault="00A5035A">
      <w:pPr>
        <w:ind w:firstLine="220"/>
        <w:jc w:val="both"/>
      </w:pPr>
      <w:r>
        <w:lastRenderedPageBreak/>
        <w:t>수어가</w:t>
      </w:r>
      <w:r>
        <w:t xml:space="preserve"> </w:t>
      </w:r>
      <w:r>
        <w:t>한국어를</w:t>
      </w:r>
      <w:r>
        <w:t xml:space="preserve"> </w:t>
      </w:r>
      <w:r>
        <w:t>손으로</w:t>
      </w:r>
      <w:r>
        <w:t xml:space="preserve"> </w:t>
      </w:r>
      <w:r>
        <w:t>옮긴</w:t>
      </w:r>
      <w:r>
        <w:t xml:space="preserve"> </w:t>
      </w:r>
      <w:r>
        <w:t>것이</w:t>
      </w:r>
      <w:r>
        <w:t xml:space="preserve"> </w:t>
      </w:r>
      <w:r>
        <w:t>아니라는</w:t>
      </w:r>
      <w:r>
        <w:t xml:space="preserve"> </w:t>
      </w:r>
      <w:r>
        <w:t>점도</w:t>
      </w:r>
      <w:r>
        <w:t xml:space="preserve"> </w:t>
      </w:r>
      <w:r>
        <w:t>새로웠다</w:t>
      </w:r>
      <w:r>
        <w:t xml:space="preserve">. </w:t>
      </w:r>
      <w:r>
        <w:t>수어에는</w:t>
      </w:r>
      <w:r>
        <w:t xml:space="preserve"> </w:t>
      </w:r>
      <w:r>
        <w:t>고유한</w:t>
      </w:r>
      <w:r>
        <w:t xml:space="preserve"> </w:t>
      </w:r>
      <w:r>
        <w:t>문법이</w:t>
      </w:r>
      <w:r>
        <w:t xml:space="preserve"> </w:t>
      </w:r>
      <w:r>
        <w:t>있고</w:t>
      </w:r>
      <w:r>
        <w:t xml:space="preserve"> </w:t>
      </w:r>
      <w:r>
        <w:t>표정과</w:t>
      </w:r>
      <w:r>
        <w:t xml:space="preserve"> </w:t>
      </w:r>
      <w:r>
        <w:t>몸짓도</w:t>
      </w:r>
      <w:r>
        <w:t xml:space="preserve"> </w:t>
      </w:r>
      <w:r>
        <w:t>의미를</w:t>
      </w:r>
      <w:r>
        <w:t xml:space="preserve"> </w:t>
      </w:r>
      <w:r>
        <w:t>전달한다</w:t>
      </w:r>
      <w:r>
        <w:t xml:space="preserve">. </w:t>
      </w:r>
      <w:r>
        <w:t>또</w:t>
      </w:r>
      <w:r>
        <w:t xml:space="preserve"> </w:t>
      </w:r>
      <w:r>
        <w:t>농인들</w:t>
      </w:r>
      <w:r>
        <w:t xml:space="preserve"> </w:t>
      </w:r>
      <w:r>
        <w:t>사이에</w:t>
      </w:r>
      <w:r>
        <w:t xml:space="preserve"> </w:t>
      </w:r>
      <w:r>
        <w:t>수어를</w:t>
      </w:r>
      <w:r>
        <w:t xml:space="preserve"> </w:t>
      </w:r>
      <w:r>
        <w:t>중심으로</w:t>
      </w:r>
      <w:r>
        <w:t xml:space="preserve"> </w:t>
      </w:r>
      <w:r>
        <w:t>한</w:t>
      </w:r>
      <w:r>
        <w:t xml:space="preserve"> </w:t>
      </w:r>
      <w:r>
        <w:t>문화와</w:t>
      </w:r>
      <w:r>
        <w:t xml:space="preserve"> </w:t>
      </w:r>
      <w:r>
        <w:t>공동체가</w:t>
      </w:r>
      <w:r>
        <w:t xml:space="preserve"> </w:t>
      </w:r>
      <w:r>
        <w:t>형성되어</w:t>
      </w:r>
      <w:r>
        <w:t xml:space="preserve"> </w:t>
      </w:r>
      <w:r>
        <w:t>있다는</w:t>
      </w:r>
      <w:r>
        <w:t xml:space="preserve"> </w:t>
      </w:r>
      <w:r>
        <w:t>점을</w:t>
      </w:r>
      <w:r>
        <w:t xml:space="preserve"> </w:t>
      </w:r>
      <w:r>
        <w:t>보면서</w:t>
      </w:r>
      <w:r>
        <w:t xml:space="preserve">, </w:t>
      </w:r>
      <w:r>
        <w:t>농인을</w:t>
      </w:r>
      <w:r>
        <w:t xml:space="preserve"> </w:t>
      </w:r>
      <w:r>
        <w:t>단순히</w:t>
      </w:r>
      <w:r>
        <w:t xml:space="preserve"> </w:t>
      </w:r>
      <w:r>
        <w:t>듣지</w:t>
      </w:r>
      <w:r>
        <w:t xml:space="preserve"> </w:t>
      </w:r>
      <w:r>
        <w:t>못하는</w:t>
      </w:r>
      <w:r>
        <w:t xml:space="preserve"> </w:t>
      </w:r>
      <w:r>
        <w:t>사람이나</w:t>
      </w:r>
      <w:r>
        <w:t xml:space="preserve"> </w:t>
      </w:r>
      <w:r>
        <w:t>부족한</w:t>
      </w:r>
      <w:r>
        <w:t xml:space="preserve"> </w:t>
      </w:r>
      <w:r>
        <w:t>상태로만</w:t>
      </w:r>
      <w:r>
        <w:t xml:space="preserve"> </w:t>
      </w:r>
      <w:r>
        <w:t>정의하는</w:t>
      </w:r>
      <w:r>
        <w:t xml:space="preserve"> </w:t>
      </w:r>
      <w:r>
        <w:t>것은</w:t>
      </w:r>
      <w:r>
        <w:t xml:space="preserve"> </w:t>
      </w:r>
      <w:r>
        <w:t>맞지</w:t>
      </w:r>
      <w:r>
        <w:t xml:space="preserve"> </w:t>
      </w:r>
      <w:r>
        <w:t>않겠다고</w:t>
      </w:r>
      <w:r>
        <w:t xml:space="preserve"> </w:t>
      </w:r>
      <w:r>
        <w:t>생각했다</w:t>
      </w:r>
      <w:r>
        <w:t xml:space="preserve">. </w:t>
      </w:r>
      <w:r>
        <w:t>다른</w:t>
      </w:r>
      <w:r>
        <w:t xml:space="preserve"> </w:t>
      </w:r>
      <w:r>
        <w:t>나라의</w:t>
      </w:r>
      <w:r>
        <w:t xml:space="preserve"> </w:t>
      </w:r>
      <w:r>
        <w:t>언어와</w:t>
      </w:r>
      <w:r>
        <w:t xml:space="preserve"> </w:t>
      </w:r>
      <w:r>
        <w:t>문화를</w:t>
      </w:r>
      <w:r>
        <w:t xml:space="preserve"> </w:t>
      </w:r>
      <w:r>
        <w:t>존중하듯</w:t>
      </w:r>
      <w:r>
        <w:t xml:space="preserve"> </w:t>
      </w:r>
      <w:r>
        <w:t>농문화도</w:t>
      </w:r>
      <w:r>
        <w:t xml:space="preserve"> </w:t>
      </w:r>
      <w:r>
        <w:t>하나의</w:t>
      </w:r>
      <w:r>
        <w:t xml:space="preserve"> </w:t>
      </w:r>
      <w:r>
        <w:t>문화로</w:t>
      </w:r>
      <w:r>
        <w:t xml:space="preserve"> </w:t>
      </w:r>
      <w:r>
        <w:t>볼</w:t>
      </w:r>
      <w:r>
        <w:t xml:space="preserve"> </w:t>
      </w:r>
      <w:r>
        <w:t>수</w:t>
      </w:r>
      <w:r>
        <w:t xml:space="preserve"> </w:t>
      </w:r>
      <w:r>
        <w:t>있다</w:t>
      </w:r>
      <w:r>
        <w:t xml:space="preserve">. </w:t>
      </w:r>
      <w:r>
        <w:t>영상</w:t>
      </w:r>
      <w:r>
        <w:t xml:space="preserve"> </w:t>
      </w:r>
      <w:r>
        <w:t>제목인</w:t>
      </w:r>
      <w:r>
        <w:t xml:space="preserve"> ‘</w:t>
      </w:r>
      <w:r>
        <w:t>나의</w:t>
      </w:r>
      <w:r>
        <w:t xml:space="preserve"> </w:t>
      </w:r>
      <w:r>
        <w:t>모국어</w:t>
      </w:r>
      <w:r>
        <w:t xml:space="preserve">, </w:t>
      </w:r>
      <w:r>
        <w:t>수어</w:t>
      </w:r>
      <w:r>
        <w:t>’</w:t>
      </w:r>
      <w:r>
        <w:t>라는</w:t>
      </w:r>
      <w:r>
        <w:t xml:space="preserve"> </w:t>
      </w:r>
      <w:r>
        <w:t>말도</w:t>
      </w:r>
      <w:r>
        <w:t xml:space="preserve"> </w:t>
      </w:r>
      <w:r>
        <w:t>그래서</w:t>
      </w:r>
      <w:r>
        <w:t xml:space="preserve"> </w:t>
      </w:r>
      <w:r>
        <w:t>더</w:t>
      </w:r>
      <w:r>
        <w:t xml:space="preserve"> </w:t>
      </w:r>
      <w:r>
        <w:t>기억에</w:t>
      </w:r>
      <w:r>
        <w:t xml:space="preserve"> </w:t>
      </w:r>
      <w:r>
        <w:t>남았다</w:t>
      </w:r>
      <w:r>
        <w:t xml:space="preserve">. </w:t>
      </w:r>
      <w:r>
        <w:t>나는</w:t>
      </w:r>
      <w:r>
        <w:t xml:space="preserve"> </w:t>
      </w:r>
      <w:r>
        <w:t>한국어를</w:t>
      </w:r>
      <w:r>
        <w:t xml:space="preserve"> </w:t>
      </w:r>
      <w:r>
        <w:t>배우려고</w:t>
      </w:r>
      <w:r>
        <w:t xml:space="preserve"> </w:t>
      </w:r>
      <w:r>
        <w:t>특별히</w:t>
      </w:r>
      <w:r>
        <w:t xml:space="preserve"> </w:t>
      </w:r>
      <w:r>
        <w:t>노력한</w:t>
      </w:r>
      <w:r>
        <w:t xml:space="preserve"> </w:t>
      </w:r>
      <w:r>
        <w:t>기억이</w:t>
      </w:r>
      <w:r>
        <w:t xml:space="preserve"> </w:t>
      </w:r>
      <w:r>
        <w:t>없는데</w:t>
      </w:r>
      <w:r>
        <w:t xml:space="preserve">, </w:t>
      </w:r>
      <w:r>
        <w:t>농인은</w:t>
      </w:r>
      <w:r>
        <w:t xml:space="preserve"> </w:t>
      </w:r>
      <w:r>
        <w:t>어떤</w:t>
      </w:r>
      <w:r>
        <w:t xml:space="preserve"> </w:t>
      </w:r>
      <w:r>
        <w:t>환경에서</w:t>
      </w:r>
      <w:r>
        <w:t xml:space="preserve"> </w:t>
      </w:r>
      <w:r>
        <w:t>자라는지에</w:t>
      </w:r>
      <w:r>
        <w:t xml:space="preserve"> </w:t>
      </w:r>
      <w:r>
        <w:t>따라</w:t>
      </w:r>
      <w:r>
        <w:t xml:space="preserve"> </w:t>
      </w:r>
      <w:r>
        <w:t>자신에게</w:t>
      </w:r>
      <w:r>
        <w:t xml:space="preserve"> </w:t>
      </w:r>
      <w:r>
        <w:t>자연스러운</w:t>
      </w:r>
      <w:r>
        <w:t xml:space="preserve"> </w:t>
      </w:r>
      <w:r>
        <w:t>언어를</w:t>
      </w:r>
      <w:r>
        <w:t xml:space="preserve"> </w:t>
      </w:r>
      <w:r>
        <w:t>접하는</w:t>
      </w:r>
      <w:r>
        <w:t xml:space="preserve"> </w:t>
      </w:r>
      <w:r>
        <w:t>시기가</w:t>
      </w:r>
      <w:r>
        <w:t xml:space="preserve"> </w:t>
      </w:r>
      <w:r>
        <w:t>달라질</w:t>
      </w:r>
      <w:r>
        <w:t xml:space="preserve"> </w:t>
      </w:r>
      <w:r>
        <w:t>수</w:t>
      </w:r>
      <w:r>
        <w:t xml:space="preserve"> </w:t>
      </w:r>
      <w:r>
        <w:t>있다는</w:t>
      </w:r>
      <w:r>
        <w:t xml:space="preserve"> </w:t>
      </w:r>
      <w:r>
        <w:t>점이</w:t>
      </w:r>
      <w:r>
        <w:t xml:space="preserve"> </w:t>
      </w:r>
      <w:r>
        <w:t>낯설게</w:t>
      </w:r>
      <w:r>
        <w:t xml:space="preserve"> </w:t>
      </w:r>
      <w:r>
        <w:t>느껴졌다</w:t>
      </w:r>
      <w:r>
        <w:t xml:space="preserve">. </w:t>
      </w:r>
      <w:r>
        <w:t>내가</w:t>
      </w:r>
      <w:r>
        <w:t xml:space="preserve"> </w:t>
      </w:r>
      <w:r>
        <w:t>당연하게</w:t>
      </w:r>
      <w:r>
        <w:t xml:space="preserve"> </w:t>
      </w:r>
      <w:r>
        <w:t>누려</w:t>
      </w:r>
      <w:r>
        <w:t xml:space="preserve"> </w:t>
      </w:r>
      <w:r>
        <w:t>온</w:t>
      </w:r>
      <w:r>
        <w:t xml:space="preserve"> </w:t>
      </w:r>
      <w:r>
        <w:t>것을</w:t>
      </w:r>
      <w:r>
        <w:t xml:space="preserve"> </w:t>
      </w:r>
      <w:r>
        <w:t>누군가는</w:t>
      </w:r>
      <w:r>
        <w:t xml:space="preserve"> </w:t>
      </w:r>
      <w:r>
        <w:t>당연하게</w:t>
      </w:r>
      <w:r>
        <w:t xml:space="preserve"> </w:t>
      </w:r>
      <w:r>
        <w:t>누리지</w:t>
      </w:r>
      <w:r>
        <w:t xml:space="preserve"> </w:t>
      </w:r>
      <w:r>
        <w:t>못할</w:t>
      </w:r>
      <w:r>
        <w:t xml:space="preserve"> </w:t>
      </w:r>
      <w:r>
        <w:t>수도</w:t>
      </w:r>
      <w:r>
        <w:t xml:space="preserve"> </w:t>
      </w:r>
      <w:r>
        <w:t>있는</w:t>
      </w:r>
      <w:r>
        <w:t xml:space="preserve"> </w:t>
      </w:r>
      <w:r>
        <w:t>것이다</w:t>
      </w:r>
      <w:r>
        <w:t>.</w:t>
      </w:r>
    </w:p>
    <w:p w14:paraId="1F2EF77A" w14:textId="77777777" w:rsidR="00942E8A" w:rsidRDefault="00A5035A">
      <w:pPr>
        <w:ind w:firstLine="220"/>
        <w:jc w:val="both"/>
      </w:pPr>
      <w:r>
        <w:t>이번</w:t>
      </w:r>
      <w:r>
        <w:t xml:space="preserve"> </w:t>
      </w:r>
      <w:r>
        <w:t>영상으로</w:t>
      </w:r>
      <w:r>
        <w:t xml:space="preserve"> </w:t>
      </w:r>
      <w:r>
        <w:t>농인의</w:t>
      </w:r>
      <w:r>
        <w:t xml:space="preserve"> </w:t>
      </w:r>
      <w:r>
        <w:t>입장을</w:t>
      </w:r>
      <w:r>
        <w:t xml:space="preserve"> </w:t>
      </w:r>
      <w:r>
        <w:t>완전히</w:t>
      </w:r>
      <w:r>
        <w:t xml:space="preserve"> </w:t>
      </w:r>
      <w:r>
        <w:t>알게</w:t>
      </w:r>
      <w:r>
        <w:t xml:space="preserve"> </w:t>
      </w:r>
      <w:r>
        <w:t>되었다고</w:t>
      </w:r>
      <w:r>
        <w:t xml:space="preserve"> </w:t>
      </w:r>
      <w:r>
        <w:t>말하기는</w:t>
      </w:r>
      <w:r>
        <w:t xml:space="preserve"> </w:t>
      </w:r>
      <w:r>
        <w:t>어렵다</w:t>
      </w:r>
      <w:r>
        <w:t xml:space="preserve">. </w:t>
      </w:r>
      <w:r>
        <w:t>오히려</w:t>
      </w:r>
      <w:r>
        <w:t xml:space="preserve"> </w:t>
      </w:r>
      <w:r>
        <w:t>내가</w:t>
      </w:r>
      <w:r>
        <w:t xml:space="preserve"> </w:t>
      </w:r>
      <w:r>
        <w:t>이</w:t>
      </w:r>
      <w:r>
        <w:t xml:space="preserve"> </w:t>
      </w:r>
      <w:r>
        <w:t>문제에</w:t>
      </w:r>
      <w:r>
        <w:t xml:space="preserve"> </w:t>
      </w:r>
      <w:r>
        <w:t>대해</w:t>
      </w:r>
      <w:r>
        <w:t xml:space="preserve"> </w:t>
      </w:r>
      <w:r>
        <w:t>아는</w:t>
      </w:r>
      <w:r>
        <w:t xml:space="preserve"> </w:t>
      </w:r>
      <w:r>
        <w:t>것이</w:t>
      </w:r>
      <w:r>
        <w:t xml:space="preserve"> </w:t>
      </w:r>
      <w:r>
        <w:t>별로</w:t>
      </w:r>
      <w:r>
        <w:t xml:space="preserve"> </w:t>
      </w:r>
      <w:r>
        <w:t>없었다는</w:t>
      </w:r>
      <w:r>
        <w:t xml:space="preserve"> </w:t>
      </w:r>
      <w:r>
        <w:t>것을</w:t>
      </w:r>
      <w:r>
        <w:t xml:space="preserve"> </w:t>
      </w:r>
      <w:r>
        <w:t>알게</w:t>
      </w:r>
      <w:r>
        <w:t xml:space="preserve"> </w:t>
      </w:r>
      <w:r>
        <w:t>된</w:t>
      </w:r>
      <w:r>
        <w:t xml:space="preserve"> </w:t>
      </w:r>
      <w:r>
        <w:t>것이</w:t>
      </w:r>
      <w:r>
        <w:t xml:space="preserve"> </w:t>
      </w:r>
      <w:r>
        <w:t>더</w:t>
      </w:r>
      <w:r>
        <w:t xml:space="preserve"> </w:t>
      </w:r>
      <w:r>
        <w:t>큰</w:t>
      </w:r>
      <w:r>
        <w:t xml:space="preserve"> </w:t>
      </w:r>
      <w:r>
        <w:t>변화인</w:t>
      </w:r>
      <w:r>
        <w:t xml:space="preserve"> </w:t>
      </w:r>
      <w:r>
        <w:t>것</w:t>
      </w:r>
      <w:r>
        <w:t xml:space="preserve"> </w:t>
      </w:r>
      <w:r>
        <w:t>같다</w:t>
      </w:r>
      <w:r>
        <w:t xml:space="preserve">. </w:t>
      </w:r>
      <w:r>
        <w:t>예전에는</w:t>
      </w:r>
      <w:r>
        <w:t xml:space="preserve"> </w:t>
      </w:r>
      <w:r>
        <w:t>농인을</w:t>
      </w:r>
      <w:r>
        <w:t xml:space="preserve"> </w:t>
      </w:r>
      <w:r>
        <w:t>보면</w:t>
      </w:r>
      <w:r>
        <w:t xml:space="preserve"> </w:t>
      </w:r>
      <w:r>
        <w:t>불편하겠다는</w:t>
      </w:r>
      <w:r>
        <w:t xml:space="preserve"> </w:t>
      </w:r>
      <w:r>
        <w:t>생각에서</w:t>
      </w:r>
      <w:r>
        <w:t xml:space="preserve"> </w:t>
      </w:r>
      <w:r>
        <w:t>끝났다면</w:t>
      </w:r>
      <w:r>
        <w:t xml:space="preserve">, </w:t>
      </w:r>
      <w:r>
        <w:t>이제는</w:t>
      </w:r>
      <w:r>
        <w:t xml:space="preserve"> </w:t>
      </w:r>
      <w:r>
        <w:t>사회가</w:t>
      </w:r>
      <w:r>
        <w:t xml:space="preserve"> </w:t>
      </w:r>
      <w:r>
        <w:t>한</w:t>
      </w:r>
      <w:r>
        <w:t xml:space="preserve"> </w:t>
      </w:r>
      <w:r>
        <w:t>가지</w:t>
      </w:r>
      <w:r>
        <w:t xml:space="preserve"> </w:t>
      </w:r>
      <w:r>
        <w:t>방식의</w:t>
      </w:r>
      <w:r>
        <w:t xml:space="preserve"> </w:t>
      </w:r>
      <w:r>
        <w:t>의사소통만을</w:t>
      </w:r>
      <w:r>
        <w:t xml:space="preserve"> </w:t>
      </w:r>
      <w:r>
        <w:t>너무</w:t>
      </w:r>
      <w:r>
        <w:t xml:space="preserve"> </w:t>
      </w:r>
      <w:r>
        <w:t>당연하게</w:t>
      </w:r>
      <w:r>
        <w:t xml:space="preserve"> </w:t>
      </w:r>
      <w:r>
        <w:t>요구하는</w:t>
      </w:r>
      <w:r>
        <w:t xml:space="preserve"> </w:t>
      </w:r>
      <w:r>
        <w:t>것은</w:t>
      </w:r>
      <w:r>
        <w:t xml:space="preserve"> </w:t>
      </w:r>
      <w:r>
        <w:t>아닌지</w:t>
      </w:r>
      <w:r>
        <w:t xml:space="preserve"> </w:t>
      </w:r>
      <w:r>
        <w:t>생각하게</w:t>
      </w:r>
      <w:r>
        <w:t xml:space="preserve"> </w:t>
      </w:r>
      <w:r>
        <w:t>되었다</w:t>
      </w:r>
      <w:r>
        <w:t xml:space="preserve">. </w:t>
      </w:r>
      <w:r>
        <w:t>중요한</w:t>
      </w:r>
      <w:r>
        <w:t xml:space="preserve"> </w:t>
      </w:r>
      <w:r>
        <w:t>것은</w:t>
      </w:r>
      <w:r>
        <w:t xml:space="preserve"> </w:t>
      </w:r>
      <w:r>
        <w:t>농인이</w:t>
      </w:r>
      <w:r>
        <w:t xml:space="preserve"> </w:t>
      </w:r>
      <w:r>
        <w:t>청인과</w:t>
      </w:r>
      <w:r>
        <w:t xml:space="preserve"> </w:t>
      </w:r>
      <w:r>
        <w:t>똑같아지는</w:t>
      </w:r>
      <w:r>
        <w:t xml:space="preserve"> </w:t>
      </w:r>
      <w:r>
        <w:t>것이</w:t>
      </w:r>
      <w:r>
        <w:t xml:space="preserve"> </w:t>
      </w:r>
      <w:r>
        <w:t>아니라</w:t>
      </w:r>
      <w:r>
        <w:t xml:space="preserve"> </w:t>
      </w:r>
      <w:r>
        <w:t>서로</w:t>
      </w:r>
      <w:r>
        <w:t xml:space="preserve"> </w:t>
      </w:r>
      <w:r>
        <w:t>다른</w:t>
      </w:r>
      <w:r>
        <w:t xml:space="preserve"> </w:t>
      </w:r>
      <w:r>
        <w:t>방식으로도</w:t>
      </w:r>
      <w:r>
        <w:t xml:space="preserve"> </w:t>
      </w:r>
      <w:r>
        <w:t>충분히</w:t>
      </w:r>
      <w:r>
        <w:t xml:space="preserve"> </w:t>
      </w:r>
      <w:r>
        <w:t>소통할</w:t>
      </w:r>
      <w:r>
        <w:t xml:space="preserve"> </w:t>
      </w:r>
      <w:r>
        <w:t>수</w:t>
      </w:r>
      <w:r>
        <w:t xml:space="preserve"> </w:t>
      </w:r>
      <w:r>
        <w:t>있는</w:t>
      </w:r>
      <w:r>
        <w:t xml:space="preserve"> </w:t>
      </w:r>
      <w:r>
        <w:t>환경을</w:t>
      </w:r>
      <w:r>
        <w:t xml:space="preserve"> </w:t>
      </w:r>
      <w:r>
        <w:t>만드는</w:t>
      </w:r>
      <w:r>
        <w:t xml:space="preserve"> </w:t>
      </w:r>
      <w:r>
        <w:t>것이다</w:t>
      </w:r>
      <w:r>
        <w:t xml:space="preserve">. </w:t>
      </w:r>
      <w:r>
        <w:t>자막이나</w:t>
      </w:r>
      <w:r>
        <w:t xml:space="preserve"> </w:t>
      </w:r>
      <w:r>
        <w:t>수어</w:t>
      </w:r>
      <w:r>
        <w:t xml:space="preserve"> </w:t>
      </w:r>
      <w:r>
        <w:t>통역</w:t>
      </w:r>
      <w:r>
        <w:t xml:space="preserve"> </w:t>
      </w:r>
      <w:r>
        <w:t>같은</w:t>
      </w:r>
      <w:r>
        <w:t xml:space="preserve"> </w:t>
      </w:r>
      <w:r>
        <w:t>제도적</w:t>
      </w:r>
      <w:r>
        <w:t xml:space="preserve"> </w:t>
      </w:r>
      <w:r>
        <w:t>지원도</w:t>
      </w:r>
      <w:r>
        <w:t xml:space="preserve"> </w:t>
      </w:r>
      <w:r>
        <w:t>필요하지만</w:t>
      </w:r>
      <w:r>
        <w:t xml:space="preserve">, </w:t>
      </w:r>
      <w:r>
        <w:t>그보다</w:t>
      </w:r>
      <w:r>
        <w:t xml:space="preserve"> </w:t>
      </w:r>
      <w:r>
        <w:t>먼저</w:t>
      </w:r>
      <w:r>
        <w:t xml:space="preserve"> </w:t>
      </w:r>
      <w:r>
        <w:t>수어를</w:t>
      </w:r>
      <w:r>
        <w:t xml:space="preserve"> </w:t>
      </w:r>
      <w:r>
        <w:t>단순한</w:t>
      </w:r>
      <w:r>
        <w:t xml:space="preserve"> </w:t>
      </w:r>
      <w:r>
        <w:t>손짓이나</w:t>
      </w:r>
      <w:r>
        <w:t xml:space="preserve"> </w:t>
      </w:r>
      <w:r>
        <w:t>보조</w:t>
      </w:r>
      <w:r>
        <w:t xml:space="preserve"> </w:t>
      </w:r>
      <w:r>
        <w:t>수단으로</w:t>
      </w:r>
      <w:r>
        <w:t xml:space="preserve"> </w:t>
      </w:r>
      <w:r>
        <w:t>보지</w:t>
      </w:r>
      <w:r>
        <w:t xml:space="preserve"> </w:t>
      </w:r>
      <w:r>
        <w:t>않는</w:t>
      </w:r>
      <w:r>
        <w:t xml:space="preserve"> </w:t>
      </w:r>
      <w:r>
        <w:t>태도가</w:t>
      </w:r>
      <w:r>
        <w:t xml:space="preserve"> </w:t>
      </w:r>
      <w:r>
        <w:t>필요할</w:t>
      </w:r>
      <w:r>
        <w:t xml:space="preserve"> </w:t>
      </w:r>
      <w:r>
        <w:t>것</w:t>
      </w:r>
      <w:r>
        <w:t xml:space="preserve"> </w:t>
      </w:r>
      <w:r>
        <w:t>같다</w:t>
      </w:r>
      <w:r>
        <w:t>.</w:t>
      </w:r>
    </w:p>
    <w:sectPr w:rsidR="00942E8A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B3488" w14:textId="77777777" w:rsidR="00A5035A" w:rsidRDefault="00A5035A" w:rsidP="00D804C9">
      <w:pPr>
        <w:spacing w:after="0" w:line="240" w:lineRule="auto"/>
      </w:pPr>
      <w:r>
        <w:separator/>
      </w:r>
    </w:p>
  </w:endnote>
  <w:endnote w:type="continuationSeparator" w:id="0">
    <w:p w14:paraId="24B4DC86" w14:textId="77777777" w:rsidR="00A5035A" w:rsidRDefault="00A5035A" w:rsidP="00D80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FD4B6" w14:textId="77777777" w:rsidR="00A5035A" w:rsidRDefault="00A5035A" w:rsidP="00D804C9">
      <w:pPr>
        <w:spacing w:after="0" w:line="240" w:lineRule="auto"/>
      </w:pPr>
      <w:r>
        <w:separator/>
      </w:r>
    </w:p>
  </w:footnote>
  <w:footnote w:type="continuationSeparator" w:id="0">
    <w:p w14:paraId="38D4EBB4" w14:textId="77777777" w:rsidR="00A5035A" w:rsidRDefault="00A5035A" w:rsidP="00D80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8129468">
    <w:abstractNumId w:val="8"/>
  </w:num>
  <w:num w:numId="2" w16cid:durableId="795832694">
    <w:abstractNumId w:val="6"/>
  </w:num>
  <w:num w:numId="3" w16cid:durableId="2136017384">
    <w:abstractNumId w:val="5"/>
  </w:num>
  <w:num w:numId="4" w16cid:durableId="965237066">
    <w:abstractNumId w:val="4"/>
  </w:num>
  <w:num w:numId="5" w16cid:durableId="1619951084">
    <w:abstractNumId w:val="7"/>
  </w:num>
  <w:num w:numId="6" w16cid:durableId="36708908">
    <w:abstractNumId w:val="3"/>
  </w:num>
  <w:num w:numId="7" w16cid:durableId="788427501">
    <w:abstractNumId w:val="2"/>
  </w:num>
  <w:num w:numId="8" w16cid:durableId="2016304394">
    <w:abstractNumId w:val="1"/>
  </w:num>
  <w:num w:numId="9" w16cid:durableId="585462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42E8A"/>
    <w:rsid w:val="00A5035A"/>
    <w:rsid w:val="00AA1D8D"/>
    <w:rsid w:val="00B47730"/>
    <w:rsid w:val="00CB0664"/>
    <w:rsid w:val="00D17AC9"/>
    <w:rsid w:val="00D804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EA2EF987-4745-4DF2-B0C9-5488D67B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60" w:line="360" w:lineRule="auto"/>
    </w:pPr>
    <w:rPr>
      <w:rFonts w:ascii="맑은 고딕" w:eastAsia="맑은 고딕" w:hAnsi="맑은 고딕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1207</Words>
  <Characters>1216</Characters>
  <Application>Microsoft Office Word</Application>
  <DocSecurity>0</DocSecurity>
  <Lines>35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형준 김</cp:lastModifiedBy>
  <cp:revision>2</cp:revision>
  <cp:lastPrinted>2026-09-10T06:20:00Z</cp:lastPrinted>
  <dcterms:created xsi:type="dcterms:W3CDTF">2013-12-23T23:15:00Z</dcterms:created>
  <dcterms:modified xsi:type="dcterms:W3CDTF">2026-09-10T06:20:00Z</dcterms:modified>
  <cp:category/>
</cp:coreProperties>
</file>